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83EB7" w14:textId="77777777" w:rsidR="007F1C6F" w:rsidRPr="00320807" w:rsidRDefault="00000000">
      <w:pPr>
        <w:jc w:val="center"/>
        <w:rPr>
          <w:rFonts w:ascii="Times New Roman" w:hAnsi="Times New Roman" w:cs="Times New Roman"/>
        </w:rPr>
      </w:pPr>
      <w:r w:rsidRPr="00320807">
        <w:rPr>
          <w:rFonts w:ascii="Times New Roman" w:hAnsi="Times New Roman" w:cs="Times New Roman"/>
          <w:b/>
          <w:sz w:val="24"/>
        </w:rPr>
        <w:t>BİLDİRİ BAŞLIĞI (Türkçe)</w:t>
      </w:r>
    </w:p>
    <w:p w14:paraId="5BDACC62" w14:textId="77777777" w:rsidR="007F1C6F" w:rsidRPr="00320807" w:rsidRDefault="007F1C6F">
      <w:pPr>
        <w:rPr>
          <w:rFonts w:ascii="Times New Roman" w:hAnsi="Times New Roman" w:cs="Times New Roman"/>
        </w:rPr>
      </w:pPr>
    </w:p>
    <w:p w14:paraId="73DFBB51" w14:textId="4E17935C" w:rsidR="007F1C6F" w:rsidRPr="00320807" w:rsidRDefault="00000000">
      <w:pPr>
        <w:jc w:val="center"/>
        <w:rPr>
          <w:rFonts w:ascii="Times New Roman" w:hAnsi="Times New Roman" w:cs="Times New Roman"/>
          <w:vertAlign w:val="superscript"/>
        </w:rPr>
      </w:pPr>
      <w:r w:rsidRPr="00320807">
        <w:rPr>
          <w:rFonts w:ascii="Times New Roman" w:hAnsi="Times New Roman" w:cs="Times New Roman"/>
          <w:b/>
        </w:rPr>
        <w:t>Ad SOYAD</w:t>
      </w:r>
      <w:proofErr w:type="gramStart"/>
      <w:r w:rsidRPr="00320807">
        <w:rPr>
          <w:rFonts w:ascii="Times New Roman" w:hAnsi="Times New Roman" w:cs="Times New Roman"/>
          <w:b/>
        </w:rPr>
        <w:t>¹</w:t>
      </w:r>
      <w:r w:rsidR="004B58DE" w:rsidRPr="00320807">
        <w:rPr>
          <w:rFonts w:ascii="Times New Roman" w:hAnsi="Times New Roman" w:cs="Times New Roman"/>
          <w:b/>
          <w:vertAlign w:val="superscript"/>
        </w:rPr>
        <w:t>,a</w:t>
      </w:r>
      <w:proofErr w:type="gramEnd"/>
      <w:r w:rsidRPr="00320807">
        <w:rPr>
          <w:rFonts w:ascii="Times New Roman" w:hAnsi="Times New Roman" w:cs="Times New Roman"/>
          <w:b/>
        </w:rPr>
        <w:t xml:space="preserve">, </w:t>
      </w:r>
      <w:r w:rsidR="004B58DE" w:rsidRPr="00320807">
        <w:rPr>
          <w:rFonts w:ascii="Times New Roman" w:hAnsi="Times New Roman" w:cs="Times New Roman"/>
          <w:b/>
        </w:rPr>
        <w:t>Ad SOYAD</w:t>
      </w:r>
      <w:proofErr w:type="gramStart"/>
      <w:r w:rsidR="004B58DE" w:rsidRPr="00320807">
        <w:rPr>
          <w:rFonts w:ascii="Times New Roman" w:hAnsi="Times New Roman" w:cs="Times New Roman"/>
          <w:b/>
          <w:vertAlign w:val="superscript"/>
        </w:rPr>
        <w:t>2,b</w:t>
      </w:r>
      <w:proofErr w:type="gramEnd"/>
      <w:r w:rsidR="004B58DE" w:rsidRPr="00320807">
        <w:rPr>
          <w:rFonts w:ascii="Times New Roman" w:hAnsi="Times New Roman" w:cs="Times New Roman"/>
          <w:b/>
          <w:vertAlign w:val="superscript"/>
        </w:rPr>
        <w:t>,*</w:t>
      </w:r>
    </w:p>
    <w:p w14:paraId="69220BF5" w14:textId="77777777" w:rsidR="007F1C6F" w:rsidRPr="00320807" w:rsidRDefault="007F1C6F">
      <w:pPr>
        <w:rPr>
          <w:rFonts w:ascii="Times New Roman" w:hAnsi="Times New Roman" w:cs="Times New Roman"/>
        </w:rPr>
      </w:pPr>
    </w:p>
    <w:p w14:paraId="5A31A7D2" w14:textId="2784F464" w:rsidR="007F1C6F" w:rsidRPr="00320807" w:rsidRDefault="00000000">
      <w:pPr>
        <w:jc w:val="center"/>
        <w:rPr>
          <w:rFonts w:ascii="Times New Roman" w:hAnsi="Times New Roman" w:cs="Times New Roman"/>
        </w:rPr>
      </w:pPr>
      <w:r w:rsidRPr="00320807">
        <w:rPr>
          <w:rFonts w:ascii="Times New Roman" w:hAnsi="Times New Roman" w:cs="Times New Roman"/>
        </w:rPr>
        <w:t>¹</w:t>
      </w:r>
      <w:r w:rsidR="004B58DE" w:rsidRPr="00320807">
        <w:rPr>
          <w:rFonts w:ascii="Times New Roman" w:hAnsi="Times New Roman" w:cs="Times New Roman"/>
        </w:rPr>
        <w:t xml:space="preserve"> Üniversite, </w:t>
      </w:r>
      <w:proofErr w:type="spellStart"/>
      <w:r w:rsidR="004B58DE" w:rsidRPr="00320807">
        <w:rPr>
          <w:rFonts w:ascii="Times New Roman" w:hAnsi="Times New Roman" w:cs="Times New Roman"/>
        </w:rPr>
        <w:t>Fakülte</w:t>
      </w:r>
      <w:proofErr w:type="spellEnd"/>
      <w:r w:rsidR="004B58DE" w:rsidRPr="00320807">
        <w:rPr>
          <w:rFonts w:ascii="Times New Roman" w:hAnsi="Times New Roman" w:cs="Times New Roman"/>
        </w:rPr>
        <w:t>/</w:t>
      </w:r>
      <w:proofErr w:type="spellStart"/>
      <w:r w:rsidR="004B58DE" w:rsidRPr="00320807">
        <w:rPr>
          <w:rFonts w:ascii="Times New Roman" w:hAnsi="Times New Roman" w:cs="Times New Roman"/>
        </w:rPr>
        <w:t>Enstitü</w:t>
      </w:r>
      <w:proofErr w:type="spellEnd"/>
      <w:r w:rsidR="004B58DE" w:rsidRPr="00320807">
        <w:rPr>
          <w:rFonts w:ascii="Times New Roman" w:hAnsi="Times New Roman" w:cs="Times New Roman"/>
        </w:rPr>
        <w:t xml:space="preserve">, İl, </w:t>
      </w:r>
      <w:proofErr w:type="spellStart"/>
      <w:r w:rsidR="004B58DE" w:rsidRPr="00320807">
        <w:rPr>
          <w:rFonts w:ascii="Times New Roman" w:hAnsi="Times New Roman" w:cs="Times New Roman"/>
        </w:rPr>
        <w:t>Ülke</w:t>
      </w:r>
      <w:proofErr w:type="spellEnd"/>
      <w:r w:rsidRPr="00320807">
        <w:rPr>
          <w:rFonts w:ascii="Times New Roman" w:hAnsi="Times New Roman" w:cs="Times New Roman"/>
        </w:rPr>
        <w:br/>
        <w:t>²</w:t>
      </w:r>
      <w:r w:rsidR="004B58DE" w:rsidRPr="00320807">
        <w:rPr>
          <w:rFonts w:ascii="Times New Roman" w:hAnsi="Times New Roman" w:cs="Times New Roman"/>
        </w:rPr>
        <w:t xml:space="preserve"> </w:t>
      </w:r>
      <w:proofErr w:type="spellStart"/>
      <w:r w:rsidR="004B58DE" w:rsidRPr="00320807">
        <w:rPr>
          <w:rFonts w:ascii="Times New Roman" w:hAnsi="Times New Roman" w:cs="Times New Roman"/>
        </w:rPr>
        <w:t>Kurum</w:t>
      </w:r>
      <w:proofErr w:type="spellEnd"/>
      <w:r w:rsidR="004B58DE" w:rsidRPr="00320807">
        <w:rPr>
          <w:rFonts w:ascii="Times New Roman" w:hAnsi="Times New Roman" w:cs="Times New Roman"/>
        </w:rPr>
        <w:t xml:space="preserve">, İl, </w:t>
      </w:r>
      <w:proofErr w:type="spellStart"/>
      <w:r w:rsidR="004B58DE" w:rsidRPr="00320807">
        <w:rPr>
          <w:rFonts w:ascii="Times New Roman" w:hAnsi="Times New Roman" w:cs="Times New Roman"/>
        </w:rPr>
        <w:t>Ülke</w:t>
      </w:r>
      <w:proofErr w:type="spellEnd"/>
    </w:p>
    <w:p w14:paraId="3240E4FE" w14:textId="02B87FA5" w:rsidR="004B58DE" w:rsidRPr="00320807" w:rsidRDefault="004B58DE">
      <w:pPr>
        <w:jc w:val="center"/>
        <w:rPr>
          <w:rFonts w:ascii="Times New Roman" w:hAnsi="Times New Roman" w:cs="Times New Roman"/>
        </w:rPr>
      </w:pPr>
      <w:r w:rsidRPr="00320807">
        <w:rPr>
          <w:rFonts w:ascii="Times New Roman" w:hAnsi="Times New Roman" w:cs="Times New Roman"/>
          <w:vertAlign w:val="superscript"/>
        </w:rPr>
        <w:t xml:space="preserve">a </w:t>
      </w:r>
      <w:r w:rsidRPr="00320807">
        <w:rPr>
          <w:rFonts w:ascii="Times New Roman" w:hAnsi="Times New Roman" w:cs="Times New Roman"/>
          <w:b/>
        </w:rPr>
        <w:t>(ORCID: 0000-0000-0000-0000)</w:t>
      </w:r>
    </w:p>
    <w:p w14:paraId="2BD742EA" w14:textId="5F099A23" w:rsidR="004B58DE" w:rsidRPr="00320807" w:rsidRDefault="004B58DE">
      <w:pPr>
        <w:jc w:val="center"/>
        <w:rPr>
          <w:rFonts w:ascii="Times New Roman" w:hAnsi="Times New Roman" w:cs="Times New Roman"/>
          <w:b/>
        </w:rPr>
      </w:pPr>
      <w:proofErr w:type="gramStart"/>
      <w:r w:rsidRPr="00320807">
        <w:rPr>
          <w:rFonts w:ascii="Times New Roman" w:hAnsi="Times New Roman" w:cs="Times New Roman"/>
          <w:vertAlign w:val="superscript"/>
        </w:rPr>
        <w:t>b</w:t>
      </w:r>
      <w:r w:rsidRPr="00320807">
        <w:rPr>
          <w:rFonts w:ascii="Times New Roman" w:hAnsi="Times New Roman" w:cs="Times New Roman"/>
          <w:b/>
        </w:rPr>
        <w:t>(</w:t>
      </w:r>
      <w:proofErr w:type="gramEnd"/>
      <w:r w:rsidRPr="00320807">
        <w:rPr>
          <w:rFonts w:ascii="Times New Roman" w:hAnsi="Times New Roman" w:cs="Times New Roman"/>
          <w:b/>
        </w:rPr>
        <w:t>ORCID: 0000-0000-0000-0000)</w:t>
      </w:r>
    </w:p>
    <w:p w14:paraId="082CCED2" w14:textId="77777777" w:rsidR="004B58DE" w:rsidRPr="00320807" w:rsidRDefault="004B58DE">
      <w:pPr>
        <w:jc w:val="center"/>
        <w:rPr>
          <w:rFonts w:ascii="Times New Roman" w:hAnsi="Times New Roman" w:cs="Times New Roman"/>
          <w:b/>
        </w:rPr>
      </w:pPr>
    </w:p>
    <w:p w14:paraId="3DFFF9C2" w14:textId="36AB5276" w:rsidR="007F1C6F" w:rsidRPr="00320807" w:rsidRDefault="004B58DE" w:rsidP="004B58DE">
      <w:pPr>
        <w:jc w:val="center"/>
        <w:rPr>
          <w:rFonts w:ascii="Times New Roman" w:hAnsi="Times New Roman" w:cs="Times New Roman"/>
          <w:b/>
          <w:bCs/>
          <w:sz w:val="24"/>
          <w:szCs w:val="24"/>
        </w:rPr>
      </w:pPr>
      <w:r w:rsidRPr="00320807">
        <w:rPr>
          <w:rFonts w:ascii="Times New Roman" w:hAnsi="Times New Roman" w:cs="Times New Roman"/>
          <w:b/>
          <w:bCs/>
          <w:sz w:val="24"/>
          <w:szCs w:val="24"/>
        </w:rPr>
        <w:t>ÖZET</w:t>
      </w:r>
    </w:p>
    <w:p w14:paraId="059B2AB6" w14:textId="7F7BCAC8" w:rsidR="004B58DE" w:rsidRPr="00320807" w:rsidRDefault="00000000" w:rsidP="004B58DE">
      <w:pPr>
        <w:jc w:val="both"/>
        <w:rPr>
          <w:rFonts w:ascii="Times New Roman" w:hAnsi="Times New Roman" w:cs="Times New Roman"/>
          <w:sz w:val="24"/>
          <w:szCs w:val="28"/>
        </w:rPr>
      </w:pPr>
      <w:r w:rsidRPr="00320807">
        <w:rPr>
          <w:rFonts w:ascii="Times New Roman" w:hAnsi="Times New Roman" w:cs="Times New Roman"/>
          <w:sz w:val="24"/>
          <w:szCs w:val="28"/>
        </w:rPr>
        <w:t xml:space="preserve">Lorem ipsum dolor </w:t>
      </w:r>
      <w:proofErr w:type="gramStart"/>
      <w:r w:rsidRPr="00320807">
        <w:rPr>
          <w:rFonts w:ascii="Times New Roman" w:hAnsi="Times New Roman" w:cs="Times New Roman"/>
          <w:sz w:val="24"/>
          <w:szCs w:val="28"/>
        </w:rPr>
        <w:t>sit</w:t>
      </w:r>
      <w:proofErr w:type="gramEnd"/>
      <w:r w:rsidRPr="00320807">
        <w:rPr>
          <w:rFonts w:ascii="Times New Roman" w:hAnsi="Times New Roman" w:cs="Times New Roman"/>
          <w:sz w:val="24"/>
          <w:szCs w:val="28"/>
        </w:rPr>
        <w:t xml:space="preserve">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Curabitur pretium tincidunt lacus. Nulla gravida orci a odio. Nullam varius, turpis et commodo pharetra, est eros bibendum elit, nec luctus magna felis sollicitudin mauris. Integer in mauris eu nibh euismod gravida. Duis ac tellus et risus vulputate vehicula. Donec lobortis risus a elit. Etiam tempor. Ut ullamcorper, ligula eu tempor congue, eros est euismod </w:t>
      </w:r>
      <w:proofErr w:type="spellStart"/>
      <w:r w:rsidRPr="00320807">
        <w:rPr>
          <w:rFonts w:ascii="Times New Roman" w:hAnsi="Times New Roman" w:cs="Times New Roman"/>
          <w:sz w:val="24"/>
          <w:szCs w:val="28"/>
        </w:rPr>
        <w:t>turpis</w:t>
      </w:r>
      <w:proofErr w:type="spellEnd"/>
      <w:r w:rsidRPr="00320807">
        <w:rPr>
          <w:rFonts w:ascii="Times New Roman" w:hAnsi="Times New Roman" w:cs="Times New Roman"/>
          <w:sz w:val="24"/>
          <w:szCs w:val="28"/>
        </w:rPr>
        <w:t xml:space="preserve">, id </w:t>
      </w:r>
      <w:proofErr w:type="spellStart"/>
      <w:r w:rsidRPr="00320807">
        <w:rPr>
          <w:rFonts w:ascii="Times New Roman" w:hAnsi="Times New Roman" w:cs="Times New Roman"/>
          <w:sz w:val="24"/>
          <w:szCs w:val="28"/>
        </w:rPr>
        <w:t>tincidunt</w:t>
      </w:r>
      <w:proofErr w:type="spellEnd"/>
      <w:r w:rsidRPr="00320807">
        <w:rPr>
          <w:rFonts w:ascii="Times New Roman" w:hAnsi="Times New Roman" w:cs="Times New Roman"/>
          <w:sz w:val="24"/>
          <w:szCs w:val="28"/>
        </w:rPr>
        <w:t xml:space="preserve"> </w:t>
      </w:r>
      <w:proofErr w:type="spellStart"/>
      <w:r w:rsidRPr="00320807">
        <w:rPr>
          <w:rFonts w:ascii="Times New Roman" w:hAnsi="Times New Roman" w:cs="Times New Roman"/>
          <w:sz w:val="24"/>
          <w:szCs w:val="28"/>
        </w:rPr>
        <w:t>sapien</w:t>
      </w:r>
      <w:proofErr w:type="spellEnd"/>
      <w:r w:rsidRPr="00320807">
        <w:rPr>
          <w:rFonts w:ascii="Times New Roman" w:hAnsi="Times New Roman" w:cs="Times New Roman"/>
          <w:sz w:val="24"/>
          <w:szCs w:val="28"/>
        </w:rPr>
        <w:t xml:space="preserve"> </w:t>
      </w:r>
      <w:proofErr w:type="spellStart"/>
      <w:r w:rsidRPr="00320807">
        <w:rPr>
          <w:rFonts w:ascii="Times New Roman" w:hAnsi="Times New Roman" w:cs="Times New Roman"/>
          <w:sz w:val="24"/>
          <w:szCs w:val="28"/>
        </w:rPr>
        <w:t>risus</w:t>
      </w:r>
      <w:proofErr w:type="spellEnd"/>
      <w:r w:rsidRPr="00320807">
        <w:rPr>
          <w:rFonts w:ascii="Times New Roman" w:hAnsi="Times New Roman" w:cs="Times New Roman"/>
          <w:sz w:val="24"/>
          <w:szCs w:val="28"/>
        </w:rPr>
        <w:t xml:space="preserve"> a </w:t>
      </w:r>
      <w:proofErr w:type="spellStart"/>
      <w:r w:rsidRPr="00320807">
        <w:rPr>
          <w:rFonts w:ascii="Times New Roman" w:hAnsi="Times New Roman" w:cs="Times New Roman"/>
          <w:sz w:val="24"/>
          <w:szCs w:val="28"/>
        </w:rPr>
        <w:t>quam</w:t>
      </w:r>
      <w:proofErr w:type="spellEnd"/>
      <w:r w:rsidRPr="00320807">
        <w:rPr>
          <w:rFonts w:ascii="Times New Roman" w:hAnsi="Times New Roman" w:cs="Times New Roman"/>
          <w:sz w:val="24"/>
          <w:szCs w:val="28"/>
        </w:rPr>
        <w:t>.</w:t>
      </w:r>
      <w:r w:rsidR="004B58DE" w:rsidRPr="00320807">
        <w:rPr>
          <w:rFonts w:ascii="Times New Roman" w:hAnsi="Times New Roman" w:cs="Times New Roman"/>
          <w:sz w:val="24"/>
          <w:szCs w:val="28"/>
        </w:rPr>
        <w:t xml:space="preserve"> Lorem ipsum dolor </w:t>
      </w:r>
      <w:proofErr w:type="gramStart"/>
      <w:r w:rsidR="004B58DE" w:rsidRPr="00320807">
        <w:rPr>
          <w:rFonts w:ascii="Times New Roman" w:hAnsi="Times New Roman" w:cs="Times New Roman"/>
          <w:sz w:val="24"/>
          <w:szCs w:val="28"/>
        </w:rPr>
        <w:t>sit</w:t>
      </w:r>
      <w:proofErr w:type="gram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amet</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consectetur</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adipiscing</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elit</w:t>
      </w:r>
      <w:proofErr w:type="spellEnd"/>
      <w:r w:rsidR="004B58DE" w:rsidRPr="00320807">
        <w:rPr>
          <w:rFonts w:ascii="Times New Roman" w:hAnsi="Times New Roman" w:cs="Times New Roman"/>
          <w:sz w:val="24"/>
          <w:szCs w:val="28"/>
        </w:rPr>
        <w:t xml:space="preserve">. Sed do </w:t>
      </w:r>
      <w:proofErr w:type="spellStart"/>
      <w:r w:rsidR="004B58DE" w:rsidRPr="00320807">
        <w:rPr>
          <w:rFonts w:ascii="Times New Roman" w:hAnsi="Times New Roman" w:cs="Times New Roman"/>
          <w:sz w:val="24"/>
          <w:szCs w:val="28"/>
        </w:rPr>
        <w:t>eiusmod</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tempor</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incididunt</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ut</w:t>
      </w:r>
      <w:proofErr w:type="spellEnd"/>
      <w:r w:rsidR="004B58DE" w:rsidRPr="00320807">
        <w:rPr>
          <w:rFonts w:ascii="Times New Roman" w:hAnsi="Times New Roman" w:cs="Times New Roman"/>
          <w:sz w:val="24"/>
          <w:szCs w:val="28"/>
        </w:rPr>
        <w:t xml:space="preserve"> labore et dolore magna </w:t>
      </w:r>
      <w:proofErr w:type="spellStart"/>
      <w:r w:rsidR="004B58DE" w:rsidRPr="00320807">
        <w:rPr>
          <w:rFonts w:ascii="Times New Roman" w:hAnsi="Times New Roman" w:cs="Times New Roman"/>
          <w:sz w:val="24"/>
          <w:szCs w:val="28"/>
        </w:rPr>
        <w:t>aliqua</w:t>
      </w:r>
      <w:proofErr w:type="spellEnd"/>
      <w:r w:rsidR="004B58DE" w:rsidRPr="00320807">
        <w:rPr>
          <w:rFonts w:ascii="Times New Roman" w:hAnsi="Times New Roman" w:cs="Times New Roman"/>
          <w:sz w:val="24"/>
          <w:szCs w:val="28"/>
        </w:rPr>
        <w:t xml:space="preserve">. Ut </w:t>
      </w:r>
      <w:proofErr w:type="spellStart"/>
      <w:r w:rsidR="004B58DE" w:rsidRPr="00320807">
        <w:rPr>
          <w:rFonts w:ascii="Times New Roman" w:hAnsi="Times New Roman" w:cs="Times New Roman"/>
          <w:sz w:val="24"/>
          <w:szCs w:val="28"/>
        </w:rPr>
        <w:t>enim</w:t>
      </w:r>
      <w:proofErr w:type="spellEnd"/>
      <w:r w:rsidR="004B58DE" w:rsidRPr="00320807">
        <w:rPr>
          <w:rFonts w:ascii="Times New Roman" w:hAnsi="Times New Roman" w:cs="Times New Roman"/>
          <w:sz w:val="24"/>
          <w:szCs w:val="28"/>
        </w:rPr>
        <w:t xml:space="preserve"> ad minim </w:t>
      </w:r>
      <w:proofErr w:type="spellStart"/>
      <w:r w:rsidR="004B58DE" w:rsidRPr="00320807">
        <w:rPr>
          <w:rFonts w:ascii="Times New Roman" w:hAnsi="Times New Roman" w:cs="Times New Roman"/>
          <w:sz w:val="24"/>
          <w:szCs w:val="28"/>
        </w:rPr>
        <w:t>veniam</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quis</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nostrud</w:t>
      </w:r>
      <w:proofErr w:type="spellEnd"/>
      <w:r w:rsidR="004B58DE" w:rsidRPr="00320807">
        <w:rPr>
          <w:rFonts w:ascii="Times New Roman" w:hAnsi="Times New Roman" w:cs="Times New Roman"/>
          <w:sz w:val="24"/>
          <w:szCs w:val="28"/>
        </w:rPr>
        <w:t xml:space="preserve"> exercitation </w:t>
      </w:r>
      <w:proofErr w:type="spellStart"/>
      <w:r w:rsidR="004B58DE" w:rsidRPr="00320807">
        <w:rPr>
          <w:rFonts w:ascii="Times New Roman" w:hAnsi="Times New Roman" w:cs="Times New Roman"/>
          <w:sz w:val="24"/>
          <w:szCs w:val="28"/>
        </w:rPr>
        <w:t>ullamco</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laboris</w:t>
      </w:r>
      <w:proofErr w:type="spellEnd"/>
      <w:r w:rsidR="004B58DE" w:rsidRPr="00320807">
        <w:rPr>
          <w:rFonts w:ascii="Times New Roman" w:hAnsi="Times New Roman" w:cs="Times New Roman"/>
          <w:sz w:val="24"/>
          <w:szCs w:val="28"/>
        </w:rPr>
        <w:t xml:space="preserve"> nisi </w:t>
      </w:r>
      <w:proofErr w:type="spellStart"/>
      <w:r w:rsidR="004B58DE" w:rsidRPr="00320807">
        <w:rPr>
          <w:rFonts w:ascii="Times New Roman" w:hAnsi="Times New Roman" w:cs="Times New Roman"/>
          <w:sz w:val="24"/>
          <w:szCs w:val="28"/>
        </w:rPr>
        <w:t>ut</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aliquip</w:t>
      </w:r>
      <w:proofErr w:type="spellEnd"/>
      <w:r w:rsidR="004B58DE" w:rsidRPr="00320807">
        <w:rPr>
          <w:rFonts w:ascii="Times New Roman" w:hAnsi="Times New Roman" w:cs="Times New Roman"/>
          <w:sz w:val="24"/>
          <w:szCs w:val="28"/>
        </w:rPr>
        <w:t xml:space="preserve"> ex </w:t>
      </w:r>
      <w:proofErr w:type="spellStart"/>
      <w:r w:rsidR="004B58DE" w:rsidRPr="00320807">
        <w:rPr>
          <w:rFonts w:ascii="Times New Roman" w:hAnsi="Times New Roman" w:cs="Times New Roman"/>
          <w:sz w:val="24"/>
          <w:szCs w:val="28"/>
        </w:rPr>
        <w:t>ea</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commodo</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consequat</w:t>
      </w:r>
      <w:proofErr w:type="spellEnd"/>
      <w:r w:rsidR="004B58DE" w:rsidRPr="00320807">
        <w:rPr>
          <w:rFonts w:ascii="Times New Roman" w:hAnsi="Times New Roman" w:cs="Times New Roman"/>
          <w:sz w:val="24"/>
          <w:szCs w:val="28"/>
        </w:rPr>
        <w:t xml:space="preserve">. Duis </w:t>
      </w:r>
      <w:proofErr w:type="spellStart"/>
      <w:r w:rsidR="004B58DE" w:rsidRPr="00320807">
        <w:rPr>
          <w:rFonts w:ascii="Times New Roman" w:hAnsi="Times New Roman" w:cs="Times New Roman"/>
          <w:sz w:val="24"/>
          <w:szCs w:val="28"/>
        </w:rPr>
        <w:t>aute</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irure</w:t>
      </w:r>
      <w:proofErr w:type="spellEnd"/>
      <w:r w:rsidR="004B58DE" w:rsidRPr="00320807">
        <w:rPr>
          <w:rFonts w:ascii="Times New Roman" w:hAnsi="Times New Roman" w:cs="Times New Roman"/>
          <w:sz w:val="24"/>
          <w:szCs w:val="28"/>
        </w:rPr>
        <w:t xml:space="preserve"> dolor in </w:t>
      </w:r>
      <w:proofErr w:type="spellStart"/>
      <w:r w:rsidR="004B58DE" w:rsidRPr="00320807">
        <w:rPr>
          <w:rFonts w:ascii="Times New Roman" w:hAnsi="Times New Roman" w:cs="Times New Roman"/>
          <w:sz w:val="24"/>
          <w:szCs w:val="28"/>
        </w:rPr>
        <w:t>reprehenderit</w:t>
      </w:r>
      <w:proofErr w:type="spellEnd"/>
      <w:r w:rsidR="004B58DE" w:rsidRPr="00320807">
        <w:rPr>
          <w:rFonts w:ascii="Times New Roman" w:hAnsi="Times New Roman" w:cs="Times New Roman"/>
          <w:sz w:val="24"/>
          <w:szCs w:val="28"/>
        </w:rPr>
        <w:t xml:space="preserve"> in </w:t>
      </w:r>
      <w:proofErr w:type="spellStart"/>
      <w:r w:rsidR="004B58DE" w:rsidRPr="00320807">
        <w:rPr>
          <w:rFonts w:ascii="Times New Roman" w:hAnsi="Times New Roman" w:cs="Times New Roman"/>
          <w:sz w:val="24"/>
          <w:szCs w:val="28"/>
        </w:rPr>
        <w:t>voluptate</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velit</w:t>
      </w:r>
      <w:proofErr w:type="spellEnd"/>
      <w:r w:rsidR="004B58DE" w:rsidRPr="00320807">
        <w:rPr>
          <w:rFonts w:ascii="Times New Roman" w:hAnsi="Times New Roman" w:cs="Times New Roman"/>
          <w:sz w:val="24"/>
          <w:szCs w:val="28"/>
        </w:rPr>
        <w:t xml:space="preserve"> esse </w:t>
      </w:r>
      <w:proofErr w:type="spellStart"/>
      <w:r w:rsidR="004B58DE" w:rsidRPr="00320807">
        <w:rPr>
          <w:rFonts w:ascii="Times New Roman" w:hAnsi="Times New Roman" w:cs="Times New Roman"/>
          <w:sz w:val="24"/>
          <w:szCs w:val="28"/>
        </w:rPr>
        <w:t>cillum</w:t>
      </w:r>
      <w:proofErr w:type="spellEnd"/>
      <w:r w:rsidR="004B58DE" w:rsidRPr="00320807">
        <w:rPr>
          <w:rFonts w:ascii="Times New Roman" w:hAnsi="Times New Roman" w:cs="Times New Roman"/>
          <w:sz w:val="24"/>
          <w:szCs w:val="28"/>
        </w:rPr>
        <w:t xml:space="preserve"> dolore </w:t>
      </w:r>
      <w:proofErr w:type="spellStart"/>
      <w:r w:rsidR="004B58DE" w:rsidRPr="00320807">
        <w:rPr>
          <w:rFonts w:ascii="Times New Roman" w:hAnsi="Times New Roman" w:cs="Times New Roman"/>
          <w:sz w:val="24"/>
          <w:szCs w:val="28"/>
        </w:rPr>
        <w:t>eu</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fugiat</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nulla</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pariatur</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Excepteur</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sint</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occaecat</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cupidatat</w:t>
      </w:r>
      <w:proofErr w:type="spellEnd"/>
      <w:r w:rsidR="004B58DE" w:rsidRPr="00320807">
        <w:rPr>
          <w:rFonts w:ascii="Times New Roman" w:hAnsi="Times New Roman" w:cs="Times New Roman"/>
          <w:sz w:val="24"/>
          <w:szCs w:val="28"/>
        </w:rPr>
        <w:t xml:space="preserve"> non </w:t>
      </w:r>
      <w:proofErr w:type="spellStart"/>
      <w:r w:rsidR="004B58DE" w:rsidRPr="00320807">
        <w:rPr>
          <w:rFonts w:ascii="Times New Roman" w:hAnsi="Times New Roman" w:cs="Times New Roman"/>
          <w:sz w:val="24"/>
          <w:szCs w:val="28"/>
        </w:rPr>
        <w:t>proident</w:t>
      </w:r>
      <w:proofErr w:type="spellEnd"/>
      <w:r w:rsidR="004B58DE" w:rsidRPr="00320807">
        <w:rPr>
          <w:rFonts w:ascii="Times New Roman" w:hAnsi="Times New Roman" w:cs="Times New Roman"/>
          <w:sz w:val="24"/>
          <w:szCs w:val="28"/>
        </w:rPr>
        <w:t xml:space="preserve">, sunt in culpa qui </w:t>
      </w:r>
      <w:proofErr w:type="spellStart"/>
      <w:r w:rsidR="004B58DE" w:rsidRPr="00320807">
        <w:rPr>
          <w:rFonts w:ascii="Times New Roman" w:hAnsi="Times New Roman" w:cs="Times New Roman"/>
          <w:sz w:val="24"/>
          <w:szCs w:val="28"/>
        </w:rPr>
        <w:t>officia</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deserunt</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mollit</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anim</w:t>
      </w:r>
      <w:proofErr w:type="spellEnd"/>
      <w:r w:rsidR="004B58DE" w:rsidRPr="00320807">
        <w:rPr>
          <w:rFonts w:ascii="Times New Roman" w:hAnsi="Times New Roman" w:cs="Times New Roman"/>
          <w:sz w:val="24"/>
          <w:szCs w:val="28"/>
        </w:rPr>
        <w:t xml:space="preserve"> id est </w:t>
      </w:r>
      <w:proofErr w:type="spellStart"/>
      <w:r w:rsidR="004B58DE" w:rsidRPr="00320807">
        <w:rPr>
          <w:rFonts w:ascii="Times New Roman" w:hAnsi="Times New Roman" w:cs="Times New Roman"/>
          <w:sz w:val="24"/>
          <w:szCs w:val="28"/>
        </w:rPr>
        <w:t>laborum</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Curabitur</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pretium</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tincidunt</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lacus</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Nulla</w:t>
      </w:r>
      <w:proofErr w:type="spellEnd"/>
      <w:r w:rsidR="004B58DE" w:rsidRPr="00320807">
        <w:rPr>
          <w:rFonts w:ascii="Times New Roman" w:hAnsi="Times New Roman" w:cs="Times New Roman"/>
          <w:sz w:val="24"/>
          <w:szCs w:val="28"/>
        </w:rPr>
        <w:t xml:space="preserve"> gravida </w:t>
      </w:r>
      <w:proofErr w:type="spellStart"/>
      <w:r w:rsidR="004B58DE" w:rsidRPr="00320807">
        <w:rPr>
          <w:rFonts w:ascii="Times New Roman" w:hAnsi="Times New Roman" w:cs="Times New Roman"/>
          <w:sz w:val="24"/>
          <w:szCs w:val="28"/>
        </w:rPr>
        <w:t>orci</w:t>
      </w:r>
      <w:proofErr w:type="spellEnd"/>
      <w:r w:rsidR="004B58DE" w:rsidRPr="00320807">
        <w:rPr>
          <w:rFonts w:ascii="Times New Roman" w:hAnsi="Times New Roman" w:cs="Times New Roman"/>
          <w:sz w:val="24"/>
          <w:szCs w:val="28"/>
        </w:rPr>
        <w:t xml:space="preserve"> </w:t>
      </w:r>
      <w:proofErr w:type="gramStart"/>
      <w:r w:rsidR="004B58DE" w:rsidRPr="00320807">
        <w:rPr>
          <w:rFonts w:ascii="Times New Roman" w:hAnsi="Times New Roman" w:cs="Times New Roman"/>
          <w:sz w:val="24"/>
          <w:szCs w:val="28"/>
        </w:rPr>
        <w:t>a</w:t>
      </w:r>
      <w:proofErr w:type="gram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odio</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Nullam</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varius</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turpis</w:t>
      </w:r>
      <w:proofErr w:type="spellEnd"/>
      <w:r w:rsidR="004B58DE" w:rsidRPr="00320807">
        <w:rPr>
          <w:rFonts w:ascii="Times New Roman" w:hAnsi="Times New Roman" w:cs="Times New Roman"/>
          <w:sz w:val="24"/>
          <w:szCs w:val="28"/>
        </w:rPr>
        <w:t xml:space="preserve"> et </w:t>
      </w:r>
      <w:proofErr w:type="spellStart"/>
      <w:r w:rsidR="004B58DE" w:rsidRPr="00320807">
        <w:rPr>
          <w:rFonts w:ascii="Times New Roman" w:hAnsi="Times New Roman" w:cs="Times New Roman"/>
          <w:sz w:val="24"/>
          <w:szCs w:val="28"/>
        </w:rPr>
        <w:t>commodo</w:t>
      </w:r>
      <w:proofErr w:type="spellEnd"/>
      <w:r w:rsidR="004B58DE" w:rsidRPr="00320807">
        <w:rPr>
          <w:rFonts w:ascii="Times New Roman" w:hAnsi="Times New Roman" w:cs="Times New Roman"/>
          <w:sz w:val="24"/>
          <w:szCs w:val="28"/>
        </w:rPr>
        <w:t xml:space="preserve"> pharetra, est eros </w:t>
      </w:r>
      <w:proofErr w:type="spellStart"/>
      <w:r w:rsidR="004B58DE" w:rsidRPr="00320807">
        <w:rPr>
          <w:rFonts w:ascii="Times New Roman" w:hAnsi="Times New Roman" w:cs="Times New Roman"/>
          <w:sz w:val="24"/>
          <w:szCs w:val="28"/>
        </w:rPr>
        <w:t>bibendum</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elit</w:t>
      </w:r>
      <w:proofErr w:type="spellEnd"/>
      <w:r w:rsidR="004B58DE" w:rsidRPr="00320807">
        <w:rPr>
          <w:rFonts w:ascii="Times New Roman" w:hAnsi="Times New Roman" w:cs="Times New Roman"/>
          <w:sz w:val="24"/>
          <w:szCs w:val="28"/>
        </w:rPr>
        <w:t xml:space="preserve">, nec </w:t>
      </w:r>
      <w:proofErr w:type="spellStart"/>
      <w:r w:rsidR="004B58DE" w:rsidRPr="00320807">
        <w:rPr>
          <w:rFonts w:ascii="Times New Roman" w:hAnsi="Times New Roman" w:cs="Times New Roman"/>
          <w:sz w:val="24"/>
          <w:szCs w:val="28"/>
        </w:rPr>
        <w:t>luctus</w:t>
      </w:r>
      <w:proofErr w:type="spellEnd"/>
      <w:r w:rsidR="004B58DE" w:rsidRPr="00320807">
        <w:rPr>
          <w:rFonts w:ascii="Times New Roman" w:hAnsi="Times New Roman" w:cs="Times New Roman"/>
          <w:sz w:val="24"/>
          <w:szCs w:val="28"/>
        </w:rPr>
        <w:t xml:space="preserve"> magna </w:t>
      </w:r>
      <w:proofErr w:type="spellStart"/>
      <w:r w:rsidR="004B58DE" w:rsidRPr="00320807">
        <w:rPr>
          <w:rFonts w:ascii="Times New Roman" w:hAnsi="Times New Roman" w:cs="Times New Roman"/>
          <w:sz w:val="24"/>
          <w:szCs w:val="28"/>
        </w:rPr>
        <w:t>felis</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sollicitudin</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mauris</w:t>
      </w:r>
      <w:proofErr w:type="spellEnd"/>
      <w:r w:rsidR="004B58DE" w:rsidRPr="00320807">
        <w:rPr>
          <w:rFonts w:ascii="Times New Roman" w:hAnsi="Times New Roman" w:cs="Times New Roman"/>
          <w:sz w:val="24"/>
          <w:szCs w:val="28"/>
        </w:rPr>
        <w:t xml:space="preserve">. Integer in </w:t>
      </w:r>
      <w:proofErr w:type="spellStart"/>
      <w:r w:rsidR="004B58DE" w:rsidRPr="00320807">
        <w:rPr>
          <w:rFonts w:ascii="Times New Roman" w:hAnsi="Times New Roman" w:cs="Times New Roman"/>
          <w:sz w:val="24"/>
          <w:szCs w:val="28"/>
        </w:rPr>
        <w:t>mauris</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eu</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nibh</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euismod</w:t>
      </w:r>
      <w:proofErr w:type="spellEnd"/>
      <w:r w:rsidR="004B58DE" w:rsidRPr="00320807">
        <w:rPr>
          <w:rFonts w:ascii="Times New Roman" w:hAnsi="Times New Roman" w:cs="Times New Roman"/>
          <w:sz w:val="24"/>
          <w:szCs w:val="28"/>
        </w:rPr>
        <w:t xml:space="preserve"> gravida. Duis ac </w:t>
      </w:r>
      <w:proofErr w:type="spellStart"/>
      <w:r w:rsidR="004B58DE" w:rsidRPr="00320807">
        <w:rPr>
          <w:rFonts w:ascii="Times New Roman" w:hAnsi="Times New Roman" w:cs="Times New Roman"/>
          <w:sz w:val="24"/>
          <w:szCs w:val="28"/>
        </w:rPr>
        <w:t>tellus</w:t>
      </w:r>
      <w:proofErr w:type="spellEnd"/>
      <w:r w:rsidR="004B58DE" w:rsidRPr="00320807">
        <w:rPr>
          <w:rFonts w:ascii="Times New Roman" w:hAnsi="Times New Roman" w:cs="Times New Roman"/>
          <w:sz w:val="24"/>
          <w:szCs w:val="28"/>
        </w:rPr>
        <w:t xml:space="preserve"> et </w:t>
      </w:r>
      <w:proofErr w:type="spellStart"/>
      <w:r w:rsidR="004B58DE" w:rsidRPr="00320807">
        <w:rPr>
          <w:rFonts w:ascii="Times New Roman" w:hAnsi="Times New Roman" w:cs="Times New Roman"/>
          <w:sz w:val="24"/>
          <w:szCs w:val="28"/>
        </w:rPr>
        <w:t>risus</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vulputate</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vehicula</w:t>
      </w:r>
      <w:proofErr w:type="spellEnd"/>
      <w:r w:rsidR="004B58DE" w:rsidRPr="00320807">
        <w:rPr>
          <w:rFonts w:ascii="Times New Roman" w:hAnsi="Times New Roman" w:cs="Times New Roman"/>
          <w:sz w:val="24"/>
          <w:szCs w:val="28"/>
        </w:rPr>
        <w:t xml:space="preserve">. Donec </w:t>
      </w:r>
      <w:proofErr w:type="spellStart"/>
      <w:r w:rsidR="004B58DE" w:rsidRPr="00320807">
        <w:rPr>
          <w:rFonts w:ascii="Times New Roman" w:hAnsi="Times New Roman" w:cs="Times New Roman"/>
          <w:sz w:val="24"/>
          <w:szCs w:val="28"/>
        </w:rPr>
        <w:t>lobortis</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risus</w:t>
      </w:r>
      <w:proofErr w:type="spellEnd"/>
      <w:r w:rsidR="004B58DE" w:rsidRPr="00320807">
        <w:rPr>
          <w:rFonts w:ascii="Times New Roman" w:hAnsi="Times New Roman" w:cs="Times New Roman"/>
          <w:sz w:val="24"/>
          <w:szCs w:val="28"/>
        </w:rPr>
        <w:t xml:space="preserve"> </w:t>
      </w:r>
      <w:proofErr w:type="gramStart"/>
      <w:r w:rsidR="004B58DE" w:rsidRPr="00320807">
        <w:rPr>
          <w:rFonts w:ascii="Times New Roman" w:hAnsi="Times New Roman" w:cs="Times New Roman"/>
          <w:sz w:val="24"/>
          <w:szCs w:val="28"/>
        </w:rPr>
        <w:t>a</w:t>
      </w:r>
      <w:proofErr w:type="gram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elit</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Etiam</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tempor</w:t>
      </w:r>
      <w:proofErr w:type="spellEnd"/>
      <w:r w:rsidR="004B58DE" w:rsidRPr="00320807">
        <w:rPr>
          <w:rFonts w:ascii="Times New Roman" w:hAnsi="Times New Roman" w:cs="Times New Roman"/>
          <w:sz w:val="24"/>
          <w:szCs w:val="28"/>
        </w:rPr>
        <w:t xml:space="preserve">. </w:t>
      </w:r>
    </w:p>
    <w:p w14:paraId="201D527B" w14:textId="2CC24B7B" w:rsidR="007F1C6F" w:rsidRPr="00320807" w:rsidRDefault="007F1C6F" w:rsidP="004B58DE">
      <w:pPr>
        <w:jc w:val="both"/>
        <w:rPr>
          <w:rFonts w:ascii="Times New Roman" w:hAnsi="Times New Roman" w:cs="Times New Roman"/>
          <w:sz w:val="20"/>
        </w:rPr>
      </w:pPr>
    </w:p>
    <w:p w14:paraId="50EE48BE" w14:textId="4E2E0158" w:rsidR="004B58DE" w:rsidRPr="00320807" w:rsidRDefault="004B58DE" w:rsidP="004B58DE">
      <w:pPr>
        <w:jc w:val="both"/>
        <w:rPr>
          <w:rFonts w:ascii="Times New Roman" w:hAnsi="Times New Roman" w:cs="Times New Roman"/>
          <w:sz w:val="24"/>
          <w:szCs w:val="24"/>
        </w:rPr>
      </w:pPr>
      <w:proofErr w:type="spellStart"/>
      <w:r w:rsidRPr="00320807">
        <w:rPr>
          <w:rFonts w:ascii="Times New Roman" w:hAnsi="Times New Roman" w:cs="Times New Roman"/>
          <w:b/>
          <w:bCs/>
          <w:szCs w:val="24"/>
        </w:rPr>
        <w:t>Anahtar</w:t>
      </w:r>
      <w:proofErr w:type="spellEnd"/>
      <w:r w:rsidRPr="00320807">
        <w:rPr>
          <w:rFonts w:ascii="Times New Roman" w:hAnsi="Times New Roman" w:cs="Times New Roman"/>
          <w:b/>
          <w:bCs/>
          <w:szCs w:val="24"/>
        </w:rPr>
        <w:t xml:space="preserve"> Kelimeler:</w:t>
      </w:r>
      <w:r w:rsidRPr="00320807">
        <w:rPr>
          <w:rFonts w:ascii="Times New Roman" w:hAnsi="Times New Roman" w:cs="Times New Roman"/>
          <w:szCs w:val="24"/>
        </w:rPr>
        <w:t xml:space="preserve"> örnek</w:t>
      </w:r>
      <w:proofErr w:type="gramStart"/>
      <w:r w:rsidRPr="00320807">
        <w:rPr>
          <w:rFonts w:ascii="Times New Roman" w:hAnsi="Times New Roman" w:cs="Times New Roman"/>
          <w:szCs w:val="24"/>
        </w:rPr>
        <w:t>1,örnek</w:t>
      </w:r>
      <w:proofErr w:type="gramEnd"/>
      <w:r w:rsidRPr="00320807">
        <w:rPr>
          <w:rFonts w:ascii="Times New Roman" w:hAnsi="Times New Roman" w:cs="Times New Roman"/>
          <w:szCs w:val="24"/>
        </w:rPr>
        <w:t>2</w:t>
      </w:r>
    </w:p>
    <w:p w14:paraId="1FF20BB5" w14:textId="77777777" w:rsidR="007F1C6F" w:rsidRPr="00320807" w:rsidRDefault="00000000">
      <w:pPr>
        <w:rPr>
          <w:rFonts w:ascii="Times New Roman" w:hAnsi="Times New Roman" w:cs="Times New Roman"/>
        </w:rPr>
      </w:pPr>
      <w:r w:rsidRPr="00320807">
        <w:rPr>
          <w:rFonts w:ascii="Times New Roman" w:hAnsi="Times New Roman" w:cs="Times New Roman"/>
        </w:rPr>
        <w:br w:type="page"/>
      </w:r>
    </w:p>
    <w:p w14:paraId="23B7DC1F" w14:textId="77777777" w:rsidR="007F1C6F" w:rsidRPr="00320807" w:rsidRDefault="00000000">
      <w:pPr>
        <w:jc w:val="center"/>
        <w:rPr>
          <w:rFonts w:ascii="Times New Roman" w:hAnsi="Times New Roman" w:cs="Times New Roman"/>
        </w:rPr>
      </w:pPr>
      <w:r w:rsidRPr="00320807">
        <w:rPr>
          <w:rFonts w:ascii="Times New Roman" w:hAnsi="Times New Roman" w:cs="Times New Roman"/>
          <w:b/>
          <w:sz w:val="24"/>
        </w:rPr>
        <w:lastRenderedPageBreak/>
        <w:t>BİLDİRİ BAŞLIĞI (English)</w:t>
      </w:r>
    </w:p>
    <w:p w14:paraId="5F846208" w14:textId="77777777" w:rsidR="007F1C6F" w:rsidRPr="00320807" w:rsidRDefault="007F1C6F">
      <w:pPr>
        <w:rPr>
          <w:rFonts w:ascii="Times New Roman" w:hAnsi="Times New Roman" w:cs="Times New Roman"/>
        </w:rPr>
      </w:pPr>
    </w:p>
    <w:p w14:paraId="491C317D" w14:textId="7010FF57" w:rsidR="004B58DE" w:rsidRPr="00320807" w:rsidRDefault="004B58DE" w:rsidP="004B58DE">
      <w:pPr>
        <w:jc w:val="center"/>
        <w:rPr>
          <w:rFonts w:ascii="Times New Roman" w:hAnsi="Times New Roman" w:cs="Times New Roman"/>
          <w:vertAlign w:val="superscript"/>
        </w:rPr>
      </w:pPr>
      <w:r w:rsidRPr="00320807">
        <w:rPr>
          <w:rFonts w:ascii="Times New Roman" w:hAnsi="Times New Roman" w:cs="Times New Roman"/>
          <w:b/>
        </w:rPr>
        <w:t>Ad SOYAD</w:t>
      </w:r>
      <w:proofErr w:type="gramStart"/>
      <w:r w:rsidRPr="00320807">
        <w:rPr>
          <w:rFonts w:ascii="Times New Roman" w:hAnsi="Times New Roman" w:cs="Times New Roman"/>
          <w:b/>
        </w:rPr>
        <w:t>¹</w:t>
      </w:r>
      <w:r w:rsidRPr="00320807">
        <w:rPr>
          <w:rFonts w:ascii="Times New Roman" w:hAnsi="Times New Roman" w:cs="Times New Roman"/>
          <w:b/>
          <w:vertAlign w:val="superscript"/>
        </w:rPr>
        <w:t>,a</w:t>
      </w:r>
      <w:proofErr w:type="gramEnd"/>
      <w:r w:rsidRPr="00320807">
        <w:rPr>
          <w:rFonts w:ascii="Times New Roman" w:hAnsi="Times New Roman" w:cs="Times New Roman"/>
          <w:b/>
        </w:rPr>
        <w:t>, Ad SOYAD</w:t>
      </w:r>
      <w:proofErr w:type="gramStart"/>
      <w:r w:rsidRPr="00320807">
        <w:rPr>
          <w:rFonts w:ascii="Times New Roman" w:hAnsi="Times New Roman" w:cs="Times New Roman"/>
          <w:b/>
          <w:vertAlign w:val="superscript"/>
        </w:rPr>
        <w:t>2,b</w:t>
      </w:r>
      <w:proofErr w:type="gramEnd"/>
      <w:r w:rsidRPr="00320807">
        <w:rPr>
          <w:rFonts w:ascii="Times New Roman" w:hAnsi="Times New Roman" w:cs="Times New Roman"/>
          <w:b/>
          <w:vertAlign w:val="superscript"/>
        </w:rPr>
        <w:t>,*</w:t>
      </w:r>
    </w:p>
    <w:p w14:paraId="59A358A8" w14:textId="77777777" w:rsidR="004B58DE" w:rsidRPr="00320807" w:rsidRDefault="004B58DE" w:rsidP="004B58DE">
      <w:pPr>
        <w:rPr>
          <w:rFonts w:ascii="Times New Roman" w:hAnsi="Times New Roman" w:cs="Times New Roman"/>
        </w:rPr>
      </w:pPr>
    </w:p>
    <w:p w14:paraId="6A8D1379" w14:textId="26D8F6D5" w:rsidR="004B58DE" w:rsidRPr="00320807" w:rsidRDefault="004B58DE" w:rsidP="004B58DE">
      <w:pPr>
        <w:jc w:val="center"/>
        <w:rPr>
          <w:rFonts w:ascii="Times New Roman" w:hAnsi="Times New Roman" w:cs="Times New Roman"/>
        </w:rPr>
      </w:pPr>
      <w:r w:rsidRPr="00320807">
        <w:rPr>
          <w:rFonts w:ascii="Times New Roman" w:hAnsi="Times New Roman" w:cs="Times New Roman"/>
        </w:rPr>
        <w:t>¹ University, Faculty/Institute, City, Country</w:t>
      </w:r>
      <w:r w:rsidRPr="00320807">
        <w:rPr>
          <w:rFonts w:ascii="Times New Roman" w:hAnsi="Times New Roman" w:cs="Times New Roman"/>
        </w:rPr>
        <w:br/>
        <w:t>² Institution, City, Country</w:t>
      </w:r>
    </w:p>
    <w:p w14:paraId="4130FF1F" w14:textId="77777777" w:rsidR="004B58DE" w:rsidRPr="00320807" w:rsidRDefault="004B58DE" w:rsidP="004B58DE">
      <w:pPr>
        <w:jc w:val="center"/>
        <w:rPr>
          <w:rFonts w:ascii="Times New Roman" w:hAnsi="Times New Roman" w:cs="Times New Roman"/>
        </w:rPr>
      </w:pPr>
      <w:r w:rsidRPr="00320807">
        <w:rPr>
          <w:rFonts w:ascii="Times New Roman" w:hAnsi="Times New Roman" w:cs="Times New Roman"/>
          <w:vertAlign w:val="superscript"/>
        </w:rPr>
        <w:t xml:space="preserve">a </w:t>
      </w:r>
      <w:r w:rsidRPr="00320807">
        <w:rPr>
          <w:rFonts w:ascii="Times New Roman" w:hAnsi="Times New Roman" w:cs="Times New Roman"/>
          <w:b/>
        </w:rPr>
        <w:t>(ORCID: 0000-0000-0000-0000)</w:t>
      </w:r>
    </w:p>
    <w:p w14:paraId="0FB80CE6" w14:textId="77777777" w:rsidR="004B58DE" w:rsidRPr="00320807" w:rsidRDefault="004B58DE" w:rsidP="004B58DE">
      <w:pPr>
        <w:jc w:val="center"/>
        <w:rPr>
          <w:rFonts w:ascii="Times New Roman" w:hAnsi="Times New Roman" w:cs="Times New Roman"/>
          <w:b/>
        </w:rPr>
      </w:pPr>
      <w:proofErr w:type="gramStart"/>
      <w:r w:rsidRPr="00320807">
        <w:rPr>
          <w:rFonts w:ascii="Times New Roman" w:hAnsi="Times New Roman" w:cs="Times New Roman"/>
          <w:vertAlign w:val="superscript"/>
        </w:rPr>
        <w:t>b</w:t>
      </w:r>
      <w:r w:rsidRPr="00320807">
        <w:rPr>
          <w:rFonts w:ascii="Times New Roman" w:hAnsi="Times New Roman" w:cs="Times New Roman"/>
          <w:b/>
        </w:rPr>
        <w:t>(</w:t>
      </w:r>
      <w:proofErr w:type="gramEnd"/>
      <w:r w:rsidRPr="00320807">
        <w:rPr>
          <w:rFonts w:ascii="Times New Roman" w:hAnsi="Times New Roman" w:cs="Times New Roman"/>
          <w:b/>
        </w:rPr>
        <w:t>ORCID: 0000-0000-0000-0000)</w:t>
      </w:r>
    </w:p>
    <w:p w14:paraId="070EFAB7" w14:textId="77777777" w:rsidR="004B58DE" w:rsidRPr="00320807" w:rsidRDefault="004B58DE" w:rsidP="004B58DE">
      <w:pPr>
        <w:jc w:val="center"/>
        <w:rPr>
          <w:rFonts w:ascii="Times New Roman" w:hAnsi="Times New Roman" w:cs="Times New Roman"/>
          <w:b/>
        </w:rPr>
      </w:pPr>
    </w:p>
    <w:p w14:paraId="20C16947" w14:textId="4B2E7336" w:rsidR="007F1C6F" w:rsidRPr="00320807" w:rsidRDefault="004B58DE" w:rsidP="004B58DE">
      <w:pPr>
        <w:jc w:val="center"/>
        <w:rPr>
          <w:rFonts w:ascii="Times New Roman" w:hAnsi="Times New Roman" w:cs="Times New Roman"/>
          <w:b/>
          <w:bCs/>
        </w:rPr>
      </w:pPr>
      <w:r w:rsidRPr="00320807">
        <w:rPr>
          <w:rFonts w:ascii="Times New Roman" w:hAnsi="Times New Roman" w:cs="Times New Roman"/>
          <w:b/>
          <w:bCs/>
        </w:rPr>
        <w:t>ABSTRACT</w:t>
      </w:r>
    </w:p>
    <w:p w14:paraId="68001071" w14:textId="247A3624" w:rsidR="004B58DE" w:rsidRPr="00320807" w:rsidRDefault="00000000" w:rsidP="004B58DE">
      <w:pPr>
        <w:jc w:val="both"/>
        <w:rPr>
          <w:rFonts w:ascii="Times New Roman" w:hAnsi="Times New Roman" w:cs="Times New Roman"/>
          <w:sz w:val="24"/>
          <w:szCs w:val="28"/>
        </w:rPr>
      </w:pPr>
      <w:r w:rsidRPr="00320807">
        <w:rPr>
          <w:rFonts w:ascii="Times New Roman" w:hAnsi="Times New Roman" w:cs="Times New Roman"/>
          <w:sz w:val="24"/>
          <w:szCs w:val="28"/>
        </w:rPr>
        <w:t xml:space="preserve">Lorem ipsum dolor </w:t>
      </w:r>
      <w:proofErr w:type="gramStart"/>
      <w:r w:rsidRPr="00320807">
        <w:rPr>
          <w:rFonts w:ascii="Times New Roman" w:hAnsi="Times New Roman" w:cs="Times New Roman"/>
          <w:sz w:val="24"/>
          <w:szCs w:val="28"/>
        </w:rPr>
        <w:t>sit</w:t>
      </w:r>
      <w:proofErr w:type="gramEnd"/>
      <w:r w:rsidRPr="00320807">
        <w:rPr>
          <w:rFonts w:ascii="Times New Roman" w:hAnsi="Times New Roman" w:cs="Times New Roman"/>
          <w:sz w:val="24"/>
          <w:szCs w:val="28"/>
        </w:rPr>
        <w:t xml:space="preserve">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Curabitur pretium tincidunt lacus. Nulla gravida orci a odio. Nullam varius, turpis et commodo pharetra, est eros bibendum elit, nec luctus magna felis sollicitudin mauris. Integer in mauris eu nibh euismod gravida. Duis ac tellus et risus vulputate vehicula. Donec lobortis risus a elit. Etiam tempor. Ut </w:t>
      </w:r>
      <w:proofErr w:type="spellStart"/>
      <w:r w:rsidRPr="00320807">
        <w:rPr>
          <w:rFonts w:ascii="Times New Roman" w:hAnsi="Times New Roman" w:cs="Times New Roman"/>
          <w:sz w:val="24"/>
          <w:szCs w:val="28"/>
        </w:rPr>
        <w:t>ullamcorper</w:t>
      </w:r>
      <w:proofErr w:type="spellEnd"/>
      <w:r w:rsidRPr="00320807">
        <w:rPr>
          <w:rFonts w:ascii="Times New Roman" w:hAnsi="Times New Roman" w:cs="Times New Roman"/>
          <w:sz w:val="24"/>
          <w:szCs w:val="28"/>
        </w:rPr>
        <w:t xml:space="preserve">, ligula </w:t>
      </w:r>
      <w:proofErr w:type="spellStart"/>
      <w:r w:rsidRPr="00320807">
        <w:rPr>
          <w:rFonts w:ascii="Times New Roman" w:hAnsi="Times New Roman" w:cs="Times New Roman"/>
          <w:sz w:val="24"/>
          <w:szCs w:val="28"/>
        </w:rPr>
        <w:t>eu</w:t>
      </w:r>
      <w:proofErr w:type="spellEnd"/>
      <w:r w:rsidRPr="00320807">
        <w:rPr>
          <w:rFonts w:ascii="Times New Roman" w:hAnsi="Times New Roman" w:cs="Times New Roman"/>
          <w:sz w:val="24"/>
          <w:szCs w:val="28"/>
        </w:rPr>
        <w:t xml:space="preserve"> </w:t>
      </w:r>
      <w:proofErr w:type="spellStart"/>
      <w:r w:rsidRPr="00320807">
        <w:rPr>
          <w:rFonts w:ascii="Times New Roman" w:hAnsi="Times New Roman" w:cs="Times New Roman"/>
          <w:sz w:val="24"/>
          <w:szCs w:val="28"/>
        </w:rPr>
        <w:t>tempor</w:t>
      </w:r>
      <w:proofErr w:type="spellEnd"/>
      <w:r w:rsidRPr="00320807">
        <w:rPr>
          <w:rFonts w:ascii="Times New Roman" w:hAnsi="Times New Roman" w:cs="Times New Roman"/>
          <w:sz w:val="24"/>
          <w:szCs w:val="28"/>
        </w:rPr>
        <w:t xml:space="preserve"> </w:t>
      </w:r>
      <w:proofErr w:type="spellStart"/>
      <w:r w:rsidRPr="00320807">
        <w:rPr>
          <w:rFonts w:ascii="Times New Roman" w:hAnsi="Times New Roman" w:cs="Times New Roman"/>
          <w:sz w:val="24"/>
          <w:szCs w:val="28"/>
        </w:rPr>
        <w:t>congue</w:t>
      </w:r>
      <w:proofErr w:type="spellEnd"/>
      <w:r w:rsidRPr="00320807">
        <w:rPr>
          <w:rFonts w:ascii="Times New Roman" w:hAnsi="Times New Roman" w:cs="Times New Roman"/>
          <w:sz w:val="24"/>
          <w:szCs w:val="28"/>
        </w:rPr>
        <w:t xml:space="preserve">, eros est euismod </w:t>
      </w:r>
      <w:proofErr w:type="spellStart"/>
      <w:r w:rsidRPr="00320807">
        <w:rPr>
          <w:rFonts w:ascii="Times New Roman" w:hAnsi="Times New Roman" w:cs="Times New Roman"/>
          <w:sz w:val="24"/>
          <w:szCs w:val="28"/>
        </w:rPr>
        <w:t>turpis</w:t>
      </w:r>
      <w:proofErr w:type="spellEnd"/>
      <w:r w:rsidRPr="00320807">
        <w:rPr>
          <w:rFonts w:ascii="Times New Roman" w:hAnsi="Times New Roman" w:cs="Times New Roman"/>
          <w:sz w:val="24"/>
          <w:szCs w:val="28"/>
        </w:rPr>
        <w:t xml:space="preserve">, id </w:t>
      </w:r>
      <w:proofErr w:type="spellStart"/>
      <w:r w:rsidRPr="00320807">
        <w:rPr>
          <w:rFonts w:ascii="Times New Roman" w:hAnsi="Times New Roman" w:cs="Times New Roman"/>
          <w:sz w:val="24"/>
          <w:szCs w:val="28"/>
        </w:rPr>
        <w:t>tincidunt</w:t>
      </w:r>
      <w:proofErr w:type="spellEnd"/>
      <w:r w:rsidRPr="00320807">
        <w:rPr>
          <w:rFonts w:ascii="Times New Roman" w:hAnsi="Times New Roman" w:cs="Times New Roman"/>
          <w:sz w:val="24"/>
          <w:szCs w:val="28"/>
        </w:rPr>
        <w:t xml:space="preserve"> </w:t>
      </w:r>
      <w:proofErr w:type="spellStart"/>
      <w:r w:rsidRPr="00320807">
        <w:rPr>
          <w:rFonts w:ascii="Times New Roman" w:hAnsi="Times New Roman" w:cs="Times New Roman"/>
          <w:sz w:val="24"/>
          <w:szCs w:val="28"/>
        </w:rPr>
        <w:t>sapien</w:t>
      </w:r>
      <w:proofErr w:type="spellEnd"/>
      <w:r w:rsidRPr="00320807">
        <w:rPr>
          <w:rFonts w:ascii="Times New Roman" w:hAnsi="Times New Roman" w:cs="Times New Roman"/>
          <w:sz w:val="24"/>
          <w:szCs w:val="28"/>
        </w:rPr>
        <w:t xml:space="preserve"> </w:t>
      </w:r>
      <w:proofErr w:type="spellStart"/>
      <w:r w:rsidRPr="00320807">
        <w:rPr>
          <w:rFonts w:ascii="Times New Roman" w:hAnsi="Times New Roman" w:cs="Times New Roman"/>
          <w:sz w:val="24"/>
          <w:szCs w:val="28"/>
        </w:rPr>
        <w:t>risus</w:t>
      </w:r>
      <w:proofErr w:type="spellEnd"/>
      <w:r w:rsidRPr="00320807">
        <w:rPr>
          <w:rFonts w:ascii="Times New Roman" w:hAnsi="Times New Roman" w:cs="Times New Roman"/>
          <w:sz w:val="24"/>
          <w:szCs w:val="28"/>
        </w:rPr>
        <w:t xml:space="preserve"> a </w:t>
      </w:r>
      <w:proofErr w:type="spellStart"/>
      <w:r w:rsidRPr="00320807">
        <w:rPr>
          <w:rFonts w:ascii="Times New Roman" w:hAnsi="Times New Roman" w:cs="Times New Roman"/>
          <w:sz w:val="24"/>
          <w:szCs w:val="28"/>
        </w:rPr>
        <w:t>quam</w:t>
      </w:r>
      <w:proofErr w:type="spellEnd"/>
      <w:r w:rsidRPr="00320807">
        <w:rPr>
          <w:rFonts w:ascii="Times New Roman" w:hAnsi="Times New Roman" w:cs="Times New Roman"/>
          <w:sz w:val="24"/>
          <w:szCs w:val="28"/>
        </w:rPr>
        <w:t>.</w:t>
      </w:r>
      <w:r w:rsidR="004B58DE" w:rsidRPr="00320807">
        <w:rPr>
          <w:rFonts w:ascii="Times New Roman" w:hAnsi="Times New Roman" w:cs="Times New Roman"/>
          <w:sz w:val="24"/>
          <w:szCs w:val="28"/>
        </w:rPr>
        <w:t xml:space="preserve"> Lorem ipsum dolor </w:t>
      </w:r>
      <w:proofErr w:type="gramStart"/>
      <w:r w:rsidR="004B58DE" w:rsidRPr="00320807">
        <w:rPr>
          <w:rFonts w:ascii="Times New Roman" w:hAnsi="Times New Roman" w:cs="Times New Roman"/>
          <w:sz w:val="24"/>
          <w:szCs w:val="28"/>
        </w:rPr>
        <w:t>sit</w:t>
      </w:r>
      <w:proofErr w:type="gram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amet</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consectetur</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adipiscing</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elit</w:t>
      </w:r>
      <w:proofErr w:type="spellEnd"/>
      <w:r w:rsidR="004B58DE" w:rsidRPr="00320807">
        <w:rPr>
          <w:rFonts w:ascii="Times New Roman" w:hAnsi="Times New Roman" w:cs="Times New Roman"/>
          <w:sz w:val="24"/>
          <w:szCs w:val="28"/>
        </w:rPr>
        <w:t xml:space="preserve">. Sed do </w:t>
      </w:r>
      <w:proofErr w:type="spellStart"/>
      <w:r w:rsidR="004B58DE" w:rsidRPr="00320807">
        <w:rPr>
          <w:rFonts w:ascii="Times New Roman" w:hAnsi="Times New Roman" w:cs="Times New Roman"/>
          <w:sz w:val="24"/>
          <w:szCs w:val="28"/>
        </w:rPr>
        <w:t>eiusmod</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tempor</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incididunt</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ut</w:t>
      </w:r>
      <w:proofErr w:type="spellEnd"/>
      <w:r w:rsidR="004B58DE" w:rsidRPr="00320807">
        <w:rPr>
          <w:rFonts w:ascii="Times New Roman" w:hAnsi="Times New Roman" w:cs="Times New Roman"/>
          <w:sz w:val="24"/>
          <w:szCs w:val="28"/>
        </w:rPr>
        <w:t xml:space="preserve"> labore et dolore magna </w:t>
      </w:r>
      <w:proofErr w:type="spellStart"/>
      <w:r w:rsidR="004B58DE" w:rsidRPr="00320807">
        <w:rPr>
          <w:rFonts w:ascii="Times New Roman" w:hAnsi="Times New Roman" w:cs="Times New Roman"/>
          <w:sz w:val="24"/>
          <w:szCs w:val="28"/>
        </w:rPr>
        <w:t>aliqua</w:t>
      </w:r>
      <w:proofErr w:type="spellEnd"/>
      <w:r w:rsidR="004B58DE" w:rsidRPr="00320807">
        <w:rPr>
          <w:rFonts w:ascii="Times New Roman" w:hAnsi="Times New Roman" w:cs="Times New Roman"/>
          <w:sz w:val="24"/>
          <w:szCs w:val="28"/>
        </w:rPr>
        <w:t xml:space="preserve">. Ut </w:t>
      </w:r>
      <w:proofErr w:type="spellStart"/>
      <w:r w:rsidR="004B58DE" w:rsidRPr="00320807">
        <w:rPr>
          <w:rFonts w:ascii="Times New Roman" w:hAnsi="Times New Roman" w:cs="Times New Roman"/>
          <w:sz w:val="24"/>
          <w:szCs w:val="28"/>
        </w:rPr>
        <w:t>enim</w:t>
      </w:r>
      <w:proofErr w:type="spellEnd"/>
      <w:r w:rsidR="004B58DE" w:rsidRPr="00320807">
        <w:rPr>
          <w:rFonts w:ascii="Times New Roman" w:hAnsi="Times New Roman" w:cs="Times New Roman"/>
          <w:sz w:val="24"/>
          <w:szCs w:val="28"/>
        </w:rPr>
        <w:t xml:space="preserve"> ad minim </w:t>
      </w:r>
      <w:proofErr w:type="spellStart"/>
      <w:r w:rsidR="004B58DE" w:rsidRPr="00320807">
        <w:rPr>
          <w:rFonts w:ascii="Times New Roman" w:hAnsi="Times New Roman" w:cs="Times New Roman"/>
          <w:sz w:val="24"/>
          <w:szCs w:val="28"/>
        </w:rPr>
        <w:t>veniam</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quis</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nostrud</w:t>
      </w:r>
      <w:proofErr w:type="spellEnd"/>
      <w:r w:rsidR="004B58DE" w:rsidRPr="00320807">
        <w:rPr>
          <w:rFonts w:ascii="Times New Roman" w:hAnsi="Times New Roman" w:cs="Times New Roman"/>
          <w:sz w:val="24"/>
          <w:szCs w:val="28"/>
        </w:rPr>
        <w:t xml:space="preserve"> exercitation </w:t>
      </w:r>
      <w:proofErr w:type="spellStart"/>
      <w:r w:rsidR="004B58DE" w:rsidRPr="00320807">
        <w:rPr>
          <w:rFonts w:ascii="Times New Roman" w:hAnsi="Times New Roman" w:cs="Times New Roman"/>
          <w:sz w:val="24"/>
          <w:szCs w:val="28"/>
        </w:rPr>
        <w:t>ullamco</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laboris</w:t>
      </w:r>
      <w:proofErr w:type="spellEnd"/>
      <w:r w:rsidR="004B58DE" w:rsidRPr="00320807">
        <w:rPr>
          <w:rFonts w:ascii="Times New Roman" w:hAnsi="Times New Roman" w:cs="Times New Roman"/>
          <w:sz w:val="24"/>
          <w:szCs w:val="28"/>
        </w:rPr>
        <w:t xml:space="preserve"> nisi </w:t>
      </w:r>
      <w:proofErr w:type="spellStart"/>
      <w:r w:rsidR="004B58DE" w:rsidRPr="00320807">
        <w:rPr>
          <w:rFonts w:ascii="Times New Roman" w:hAnsi="Times New Roman" w:cs="Times New Roman"/>
          <w:sz w:val="24"/>
          <w:szCs w:val="28"/>
        </w:rPr>
        <w:t>ut</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aliquip</w:t>
      </w:r>
      <w:proofErr w:type="spellEnd"/>
      <w:r w:rsidR="004B58DE" w:rsidRPr="00320807">
        <w:rPr>
          <w:rFonts w:ascii="Times New Roman" w:hAnsi="Times New Roman" w:cs="Times New Roman"/>
          <w:sz w:val="24"/>
          <w:szCs w:val="28"/>
        </w:rPr>
        <w:t xml:space="preserve"> ex </w:t>
      </w:r>
      <w:proofErr w:type="spellStart"/>
      <w:r w:rsidR="004B58DE" w:rsidRPr="00320807">
        <w:rPr>
          <w:rFonts w:ascii="Times New Roman" w:hAnsi="Times New Roman" w:cs="Times New Roman"/>
          <w:sz w:val="24"/>
          <w:szCs w:val="28"/>
        </w:rPr>
        <w:t>ea</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commodo</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consequat</w:t>
      </w:r>
      <w:proofErr w:type="spellEnd"/>
      <w:r w:rsidR="004B58DE" w:rsidRPr="00320807">
        <w:rPr>
          <w:rFonts w:ascii="Times New Roman" w:hAnsi="Times New Roman" w:cs="Times New Roman"/>
          <w:sz w:val="24"/>
          <w:szCs w:val="28"/>
        </w:rPr>
        <w:t xml:space="preserve">. Duis </w:t>
      </w:r>
      <w:proofErr w:type="spellStart"/>
      <w:r w:rsidR="004B58DE" w:rsidRPr="00320807">
        <w:rPr>
          <w:rFonts w:ascii="Times New Roman" w:hAnsi="Times New Roman" w:cs="Times New Roman"/>
          <w:sz w:val="24"/>
          <w:szCs w:val="28"/>
        </w:rPr>
        <w:t>aute</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irure</w:t>
      </w:r>
      <w:proofErr w:type="spellEnd"/>
      <w:r w:rsidR="004B58DE" w:rsidRPr="00320807">
        <w:rPr>
          <w:rFonts w:ascii="Times New Roman" w:hAnsi="Times New Roman" w:cs="Times New Roman"/>
          <w:sz w:val="24"/>
          <w:szCs w:val="28"/>
        </w:rPr>
        <w:t xml:space="preserve"> dolor in </w:t>
      </w:r>
      <w:proofErr w:type="spellStart"/>
      <w:r w:rsidR="004B58DE" w:rsidRPr="00320807">
        <w:rPr>
          <w:rFonts w:ascii="Times New Roman" w:hAnsi="Times New Roman" w:cs="Times New Roman"/>
          <w:sz w:val="24"/>
          <w:szCs w:val="28"/>
        </w:rPr>
        <w:t>reprehenderit</w:t>
      </w:r>
      <w:proofErr w:type="spellEnd"/>
      <w:r w:rsidR="004B58DE" w:rsidRPr="00320807">
        <w:rPr>
          <w:rFonts w:ascii="Times New Roman" w:hAnsi="Times New Roman" w:cs="Times New Roman"/>
          <w:sz w:val="24"/>
          <w:szCs w:val="28"/>
        </w:rPr>
        <w:t xml:space="preserve"> in </w:t>
      </w:r>
      <w:proofErr w:type="spellStart"/>
      <w:r w:rsidR="004B58DE" w:rsidRPr="00320807">
        <w:rPr>
          <w:rFonts w:ascii="Times New Roman" w:hAnsi="Times New Roman" w:cs="Times New Roman"/>
          <w:sz w:val="24"/>
          <w:szCs w:val="28"/>
        </w:rPr>
        <w:t>voluptate</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velit</w:t>
      </w:r>
      <w:proofErr w:type="spellEnd"/>
      <w:r w:rsidR="004B58DE" w:rsidRPr="00320807">
        <w:rPr>
          <w:rFonts w:ascii="Times New Roman" w:hAnsi="Times New Roman" w:cs="Times New Roman"/>
          <w:sz w:val="24"/>
          <w:szCs w:val="28"/>
        </w:rPr>
        <w:t xml:space="preserve"> esse </w:t>
      </w:r>
      <w:proofErr w:type="spellStart"/>
      <w:r w:rsidR="004B58DE" w:rsidRPr="00320807">
        <w:rPr>
          <w:rFonts w:ascii="Times New Roman" w:hAnsi="Times New Roman" w:cs="Times New Roman"/>
          <w:sz w:val="24"/>
          <w:szCs w:val="28"/>
        </w:rPr>
        <w:t>cillum</w:t>
      </w:r>
      <w:proofErr w:type="spellEnd"/>
      <w:r w:rsidR="004B58DE" w:rsidRPr="00320807">
        <w:rPr>
          <w:rFonts w:ascii="Times New Roman" w:hAnsi="Times New Roman" w:cs="Times New Roman"/>
          <w:sz w:val="24"/>
          <w:szCs w:val="28"/>
        </w:rPr>
        <w:t xml:space="preserve"> dolore </w:t>
      </w:r>
      <w:proofErr w:type="spellStart"/>
      <w:r w:rsidR="004B58DE" w:rsidRPr="00320807">
        <w:rPr>
          <w:rFonts w:ascii="Times New Roman" w:hAnsi="Times New Roman" w:cs="Times New Roman"/>
          <w:sz w:val="24"/>
          <w:szCs w:val="28"/>
        </w:rPr>
        <w:t>eu</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fugiat</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nulla</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pariatur</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Excepteur</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sint</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occaecat</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cupidatat</w:t>
      </w:r>
      <w:proofErr w:type="spellEnd"/>
      <w:r w:rsidR="004B58DE" w:rsidRPr="00320807">
        <w:rPr>
          <w:rFonts w:ascii="Times New Roman" w:hAnsi="Times New Roman" w:cs="Times New Roman"/>
          <w:sz w:val="24"/>
          <w:szCs w:val="28"/>
        </w:rPr>
        <w:t xml:space="preserve"> non </w:t>
      </w:r>
      <w:proofErr w:type="spellStart"/>
      <w:r w:rsidR="004B58DE" w:rsidRPr="00320807">
        <w:rPr>
          <w:rFonts w:ascii="Times New Roman" w:hAnsi="Times New Roman" w:cs="Times New Roman"/>
          <w:sz w:val="24"/>
          <w:szCs w:val="28"/>
        </w:rPr>
        <w:t>proident</w:t>
      </w:r>
      <w:proofErr w:type="spellEnd"/>
      <w:r w:rsidR="004B58DE" w:rsidRPr="00320807">
        <w:rPr>
          <w:rFonts w:ascii="Times New Roman" w:hAnsi="Times New Roman" w:cs="Times New Roman"/>
          <w:sz w:val="24"/>
          <w:szCs w:val="28"/>
        </w:rPr>
        <w:t xml:space="preserve">, sunt in culpa qui </w:t>
      </w:r>
      <w:proofErr w:type="spellStart"/>
      <w:r w:rsidR="004B58DE" w:rsidRPr="00320807">
        <w:rPr>
          <w:rFonts w:ascii="Times New Roman" w:hAnsi="Times New Roman" w:cs="Times New Roman"/>
          <w:sz w:val="24"/>
          <w:szCs w:val="28"/>
        </w:rPr>
        <w:t>officia</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deserunt</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mollit</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anim</w:t>
      </w:r>
      <w:proofErr w:type="spellEnd"/>
      <w:r w:rsidR="004B58DE" w:rsidRPr="00320807">
        <w:rPr>
          <w:rFonts w:ascii="Times New Roman" w:hAnsi="Times New Roman" w:cs="Times New Roman"/>
          <w:sz w:val="24"/>
          <w:szCs w:val="28"/>
        </w:rPr>
        <w:t xml:space="preserve"> id est </w:t>
      </w:r>
      <w:proofErr w:type="spellStart"/>
      <w:r w:rsidR="004B58DE" w:rsidRPr="00320807">
        <w:rPr>
          <w:rFonts w:ascii="Times New Roman" w:hAnsi="Times New Roman" w:cs="Times New Roman"/>
          <w:sz w:val="24"/>
          <w:szCs w:val="28"/>
        </w:rPr>
        <w:t>laborum</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Curabitur</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pretium</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tincidunt</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lacus</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Nulla</w:t>
      </w:r>
      <w:proofErr w:type="spellEnd"/>
      <w:r w:rsidR="004B58DE" w:rsidRPr="00320807">
        <w:rPr>
          <w:rFonts w:ascii="Times New Roman" w:hAnsi="Times New Roman" w:cs="Times New Roman"/>
          <w:sz w:val="24"/>
          <w:szCs w:val="28"/>
        </w:rPr>
        <w:t xml:space="preserve"> gravida </w:t>
      </w:r>
      <w:proofErr w:type="spellStart"/>
      <w:r w:rsidR="004B58DE" w:rsidRPr="00320807">
        <w:rPr>
          <w:rFonts w:ascii="Times New Roman" w:hAnsi="Times New Roman" w:cs="Times New Roman"/>
          <w:sz w:val="24"/>
          <w:szCs w:val="28"/>
        </w:rPr>
        <w:t>orci</w:t>
      </w:r>
      <w:proofErr w:type="spellEnd"/>
      <w:r w:rsidR="004B58DE" w:rsidRPr="00320807">
        <w:rPr>
          <w:rFonts w:ascii="Times New Roman" w:hAnsi="Times New Roman" w:cs="Times New Roman"/>
          <w:sz w:val="24"/>
          <w:szCs w:val="28"/>
        </w:rPr>
        <w:t xml:space="preserve"> </w:t>
      </w:r>
      <w:proofErr w:type="gramStart"/>
      <w:r w:rsidR="004B58DE" w:rsidRPr="00320807">
        <w:rPr>
          <w:rFonts w:ascii="Times New Roman" w:hAnsi="Times New Roman" w:cs="Times New Roman"/>
          <w:sz w:val="24"/>
          <w:szCs w:val="28"/>
        </w:rPr>
        <w:t>a</w:t>
      </w:r>
      <w:proofErr w:type="gram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odio</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Nullam</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varius</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turpis</w:t>
      </w:r>
      <w:proofErr w:type="spellEnd"/>
      <w:r w:rsidR="004B58DE" w:rsidRPr="00320807">
        <w:rPr>
          <w:rFonts w:ascii="Times New Roman" w:hAnsi="Times New Roman" w:cs="Times New Roman"/>
          <w:sz w:val="24"/>
          <w:szCs w:val="28"/>
        </w:rPr>
        <w:t xml:space="preserve"> et </w:t>
      </w:r>
      <w:proofErr w:type="spellStart"/>
      <w:r w:rsidR="004B58DE" w:rsidRPr="00320807">
        <w:rPr>
          <w:rFonts w:ascii="Times New Roman" w:hAnsi="Times New Roman" w:cs="Times New Roman"/>
          <w:sz w:val="24"/>
          <w:szCs w:val="28"/>
        </w:rPr>
        <w:t>commodo</w:t>
      </w:r>
      <w:proofErr w:type="spellEnd"/>
      <w:r w:rsidR="004B58DE" w:rsidRPr="00320807">
        <w:rPr>
          <w:rFonts w:ascii="Times New Roman" w:hAnsi="Times New Roman" w:cs="Times New Roman"/>
          <w:sz w:val="24"/>
          <w:szCs w:val="28"/>
        </w:rPr>
        <w:t xml:space="preserve"> pharetra, est eros </w:t>
      </w:r>
      <w:proofErr w:type="spellStart"/>
      <w:r w:rsidR="004B58DE" w:rsidRPr="00320807">
        <w:rPr>
          <w:rFonts w:ascii="Times New Roman" w:hAnsi="Times New Roman" w:cs="Times New Roman"/>
          <w:sz w:val="24"/>
          <w:szCs w:val="28"/>
        </w:rPr>
        <w:t>bibendum</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elit</w:t>
      </w:r>
      <w:proofErr w:type="spellEnd"/>
      <w:r w:rsidR="004B58DE" w:rsidRPr="00320807">
        <w:rPr>
          <w:rFonts w:ascii="Times New Roman" w:hAnsi="Times New Roman" w:cs="Times New Roman"/>
          <w:sz w:val="24"/>
          <w:szCs w:val="28"/>
        </w:rPr>
        <w:t xml:space="preserve">, nec </w:t>
      </w:r>
      <w:proofErr w:type="spellStart"/>
      <w:r w:rsidR="004B58DE" w:rsidRPr="00320807">
        <w:rPr>
          <w:rFonts w:ascii="Times New Roman" w:hAnsi="Times New Roman" w:cs="Times New Roman"/>
          <w:sz w:val="24"/>
          <w:szCs w:val="28"/>
        </w:rPr>
        <w:t>luctus</w:t>
      </w:r>
      <w:proofErr w:type="spellEnd"/>
      <w:r w:rsidR="004B58DE" w:rsidRPr="00320807">
        <w:rPr>
          <w:rFonts w:ascii="Times New Roman" w:hAnsi="Times New Roman" w:cs="Times New Roman"/>
          <w:sz w:val="24"/>
          <w:szCs w:val="28"/>
        </w:rPr>
        <w:t xml:space="preserve"> magna </w:t>
      </w:r>
      <w:proofErr w:type="spellStart"/>
      <w:r w:rsidR="004B58DE" w:rsidRPr="00320807">
        <w:rPr>
          <w:rFonts w:ascii="Times New Roman" w:hAnsi="Times New Roman" w:cs="Times New Roman"/>
          <w:sz w:val="24"/>
          <w:szCs w:val="28"/>
        </w:rPr>
        <w:t>felis</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sollicitudin</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mauris</w:t>
      </w:r>
      <w:proofErr w:type="spellEnd"/>
      <w:r w:rsidR="004B58DE" w:rsidRPr="00320807">
        <w:rPr>
          <w:rFonts w:ascii="Times New Roman" w:hAnsi="Times New Roman" w:cs="Times New Roman"/>
          <w:sz w:val="24"/>
          <w:szCs w:val="28"/>
        </w:rPr>
        <w:t xml:space="preserve">. Integer in </w:t>
      </w:r>
      <w:proofErr w:type="spellStart"/>
      <w:r w:rsidR="004B58DE" w:rsidRPr="00320807">
        <w:rPr>
          <w:rFonts w:ascii="Times New Roman" w:hAnsi="Times New Roman" w:cs="Times New Roman"/>
          <w:sz w:val="24"/>
          <w:szCs w:val="28"/>
        </w:rPr>
        <w:t>mauris</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eu</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nibh</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euismod</w:t>
      </w:r>
      <w:proofErr w:type="spellEnd"/>
      <w:r w:rsidR="004B58DE" w:rsidRPr="00320807">
        <w:rPr>
          <w:rFonts w:ascii="Times New Roman" w:hAnsi="Times New Roman" w:cs="Times New Roman"/>
          <w:sz w:val="24"/>
          <w:szCs w:val="28"/>
        </w:rPr>
        <w:t xml:space="preserve"> gravida. Duis ac </w:t>
      </w:r>
      <w:proofErr w:type="spellStart"/>
      <w:r w:rsidR="004B58DE" w:rsidRPr="00320807">
        <w:rPr>
          <w:rFonts w:ascii="Times New Roman" w:hAnsi="Times New Roman" w:cs="Times New Roman"/>
          <w:sz w:val="24"/>
          <w:szCs w:val="28"/>
        </w:rPr>
        <w:t>tellus</w:t>
      </w:r>
      <w:proofErr w:type="spellEnd"/>
      <w:r w:rsidR="004B58DE" w:rsidRPr="00320807">
        <w:rPr>
          <w:rFonts w:ascii="Times New Roman" w:hAnsi="Times New Roman" w:cs="Times New Roman"/>
          <w:sz w:val="24"/>
          <w:szCs w:val="28"/>
        </w:rPr>
        <w:t xml:space="preserve"> et </w:t>
      </w:r>
      <w:proofErr w:type="spellStart"/>
      <w:r w:rsidR="004B58DE" w:rsidRPr="00320807">
        <w:rPr>
          <w:rFonts w:ascii="Times New Roman" w:hAnsi="Times New Roman" w:cs="Times New Roman"/>
          <w:sz w:val="24"/>
          <w:szCs w:val="28"/>
        </w:rPr>
        <w:t>risus</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vulputate</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vehicula</w:t>
      </w:r>
      <w:proofErr w:type="spellEnd"/>
      <w:r w:rsidR="004B58DE" w:rsidRPr="00320807">
        <w:rPr>
          <w:rFonts w:ascii="Times New Roman" w:hAnsi="Times New Roman" w:cs="Times New Roman"/>
          <w:sz w:val="24"/>
          <w:szCs w:val="28"/>
        </w:rPr>
        <w:t xml:space="preserve">. Donec </w:t>
      </w:r>
      <w:proofErr w:type="spellStart"/>
      <w:r w:rsidR="004B58DE" w:rsidRPr="00320807">
        <w:rPr>
          <w:rFonts w:ascii="Times New Roman" w:hAnsi="Times New Roman" w:cs="Times New Roman"/>
          <w:sz w:val="24"/>
          <w:szCs w:val="28"/>
        </w:rPr>
        <w:t>lobortis</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risus</w:t>
      </w:r>
      <w:proofErr w:type="spellEnd"/>
      <w:r w:rsidR="004B58DE" w:rsidRPr="00320807">
        <w:rPr>
          <w:rFonts w:ascii="Times New Roman" w:hAnsi="Times New Roman" w:cs="Times New Roman"/>
          <w:sz w:val="24"/>
          <w:szCs w:val="28"/>
        </w:rPr>
        <w:t xml:space="preserve"> </w:t>
      </w:r>
      <w:proofErr w:type="gramStart"/>
      <w:r w:rsidR="004B58DE" w:rsidRPr="00320807">
        <w:rPr>
          <w:rFonts w:ascii="Times New Roman" w:hAnsi="Times New Roman" w:cs="Times New Roman"/>
          <w:sz w:val="24"/>
          <w:szCs w:val="28"/>
        </w:rPr>
        <w:t>a</w:t>
      </w:r>
      <w:proofErr w:type="gram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elit</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Etiam</w:t>
      </w:r>
      <w:proofErr w:type="spellEnd"/>
      <w:r w:rsidR="004B58DE" w:rsidRPr="00320807">
        <w:rPr>
          <w:rFonts w:ascii="Times New Roman" w:hAnsi="Times New Roman" w:cs="Times New Roman"/>
          <w:sz w:val="24"/>
          <w:szCs w:val="28"/>
        </w:rPr>
        <w:t xml:space="preserve"> </w:t>
      </w:r>
      <w:proofErr w:type="spellStart"/>
      <w:r w:rsidR="004B58DE" w:rsidRPr="00320807">
        <w:rPr>
          <w:rFonts w:ascii="Times New Roman" w:hAnsi="Times New Roman" w:cs="Times New Roman"/>
          <w:sz w:val="24"/>
          <w:szCs w:val="28"/>
        </w:rPr>
        <w:t>tempor</w:t>
      </w:r>
      <w:proofErr w:type="spellEnd"/>
      <w:r w:rsidR="004B58DE" w:rsidRPr="00320807">
        <w:rPr>
          <w:rFonts w:ascii="Times New Roman" w:hAnsi="Times New Roman" w:cs="Times New Roman"/>
          <w:sz w:val="24"/>
          <w:szCs w:val="28"/>
        </w:rPr>
        <w:t xml:space="preserve">. </w:t>
      </w:r>
    </w:p>
    <w:p w14:paraId="36F09466" w14:textId="65839CEF" w:rsidR="007F1C6F" w:rsidRPr="00320807" w:rsidRDefault="007F1C6F" w:rsidP="004B58DE">
      <w:pPr>
        <w:jc w:val="both"/>
        <w:rPr>
          <w:rFonts w:ascii="Times New Roman" w:hAnsi="Times New Roman" w:cs="Times New Roman"/>
          <w:sz w:val="20"/>
        </w:rPr>
      </w:pPr>
    </w:p>
    <w:p w14:paraId="59889C3C" w14:textId="63BC2726" w:rsidR="004B58DE" w:rsidRPr="00320807" w:rsidRDefault="004B58DE" w:rsidP="004B58DE">
      <w:pPr>
        <w:jc w:val="both"/>
        <w:rPr>
          <w:rFonts w:ascii="Times New Roman" w:hAnsi="Times New Roman" w:cs="Times New Roman"/>
          <w:sz w:val="24"/>
          <w:szCs w:val="24"/>
        </w:rPr>
      </w:pPr>
      <w:r w:rsidRPr="00320807">
        <w:rPr>
          <w:rFonts w:ascii="Times New Roman" w:hAnsi="Times New Roman" w:cs="Times New Roman"/>
          <w:b/>
          <w:bCs/>
          <w:szCs w:val="24"/>
        </w:rPr>
        <w:t>Keywords:</w:t>
      </w:r>
      <w:r w:rsidRPr="00320807">
        <w:rPr>
          <w:rFonts w:ascii="Times New Roman" w:hAnsi="Times New Roman" w:cs="Times New Roman"/>
          <w:szCs w:val="24"/>
        </w:rPr>
        <w:t xml:space="preserve"> example</w:t>
      </w:r>
      <w:proofErr w:type="gramStart"/>
      <w:r w:rsidRPr="00320807">
        <w:rPr>
          <w:rFonts w:ascii="Times New Roman" w:hAnsi="Times New Roman" w:cs="Times New Roman"/>
          <w:szCs w:val="24"/>
        </w:rPr>
        <w:t>1,example</w:t>
      </w:r>
      <w:proofErr w:type="gramEnd"/>
      <w:r w:rsidRPr="00320807">
        <w:rPr>
          <w:rFonts w:ascii="Times New Roman" w:hAnsi="Times New Roman" w:cs="Times New Roman"/>
          <w:szCs w:val="24"/>
        </w:rPr>
        <w:t>2</w:t>
      </w:r>
    </w:p>
    <w:p w14:paraId="1DBF9374" w14:textId="77777777" w:rsidR="004B58DE" w:rsidRPr="00320807" w:rsidRDefault="004B58DE" w:rsidP="004B58DE">
      <w:pPr>
        <w:jc w:val="both"/>
        <w:rPr>
          <w:rFonts w:ascii="Times New Roman" w:hAnsi="Times New Roman" w:cs="Times New Roman"/>
        </w:rPr>
      </w:pPr>
    </w:p>
    <w:sectPr w:rsidR="004B58DE" w:rsidRPr="00320807" w:rsidSect="00034616">
      <w:pgSz w:w="12240" w:h="15840"/>
      <w:pgMar w:top="1417" w:right="1134" w:bottom="1134"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823236367">
    <w:abstractNumId w:val="8"/>
  </w:num>
  <w:num w:numId="2" w16cid:durableId="2091196419">
    <w:abstractNumId w:val="6"/>
  </w:num>
  <w:num w:numId="3" w16cid:durableId="1664776571">
    <w:abstractNumId w:val="5"/>
  </w:num>
  <w:num w:numId="4" w16cid:durableId="71853217">
    <w:abstractNumId w:val="4"/>
  </w:num>
  <w:num w:numId="5" w16cid:durableId="1903054178">
    <w:abstractNumId w:val="7"/>
  </w:num>
  <w:num w:numId="6" w16cid:durableId="1298561910">
    <w:abstractNumId w:val="3"/>
  </w:num>
  <w:num w:numId="7" w16cid:durableId="942613847">
    <w:abstractNumId w:val="2"/>
  </w:num>
  <w:num w:numId="8" w16cid:durableId="1469400878">
    <w:abstractNumId w:val="1"/>
  </w:num>
  <w:num w:numId="9" w16cid:durableId="1492988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0807"/>
    <w:rsid w:val="00326F90"/>
    <w:rsid w:val="004B58DE"/>
    <w:rsid w:val="007F1C6F"/>
    <w:rsid w:val="00A879D9"/>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186AD9"/>
  <w14:defaultImageDpi w14:val="300"/>
  <w15:docId w15:val="{BBC26E5D-1521-4CE4-BF4E-C61DEE677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8DE"/>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543</Words>
  <Characters>3102</Characters>
  <Application>Microsoft Office Word</Application>
  <DocSecurity>0</DocSecurity>
  <Lines>62</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burak barıt</cp:lastModifiedBy>
  <cp:revision>3</cp:revision>
  <dcterms:created xsi:type="dcterms:W3CDTF">2013-12-23T23:15:00Z</dcterms:created>
  <dcterms:modified xsi:type="dcterms:W3CDTF">2026-02-25T12:54:00Z</dcterms:modified>
  <cp:category/>
</cp:coreProperties>
</file>